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Zgłoszenie zawarcia umowy najmu okazjonalnego</w:t>
      </w:r>
    </w:p>
    <w:p>
      <w:r>
        <w:t>Miejscowość i data: ................................................................................</w:t>
      </w:r>
    </w:p>
    <w:p>
      <w:r>
        <w:t>Naczelnik Urzędu Skarbowego w</w:t>
        <w:br/>
        <w:t>...............................................................................................................</w:t>
      </w:r>
    </w:p>
    <w:p>
      <w:pPr>
        <w:pStyle w:val="Heading2"/>
      </w:pPr>
      <w:r>
        <w:t>Dane właściciela</w:t>
      </w:r>
    </w:p>
    <w:p>
      <w:r>
        <w:t>Imię i nazwisko:</w:t>
        <w:br/>
        <w:t>...............................................................................................................</w:t>
      </w:r>
    </w:p>
    <w:p>
      <w:r>
        <w:t>Adres zamieszkania:</w:t>
        <w:br/>
        <w:t>...............................................................................................................</w:t>
      </w:r>
    </w:p>
    <w:p>
      <w:r>
        <w:t>PESEL lub NIP właściwy dla podatnika:</w:t>
        <w:br/>
        <w:t>...............................................................................................................</w:t>
      </w:r>
    </w:p>
    <w:p>
      <w:pPr>
        <w:pStyle w:val="Heading2"/>
      </w:pPr>
      <w:r>
        <w:t>Zgłoszenie</w:t>
      </w:r>
    </w:p>
    <w:p>
      <w:r>
        <w:t>Na podstawie art. 19b ust. 1 ustawy o ochronie praw lokatorów zgłaszam zawarcie umowy najmu okazjonalnego lokalu mieszkalnego.</w:t>
      </w:r>
    </w:p>
    <w:p>
      <w:r>
        <w:t>Adres wynajmowanego lokalu: ................................................................................</w:t>
      </w:r>
    </w:p>
    <w:p>
      <w:r>
        <w:t>Data zawarcia umowy: ................................................................................</w:t>
      </w:r>
    </w:p>
    <w:p>
      <w:r>
        <w:t>Data rozpoczęcia najmu: ................................................................................</w:t>
      </w:r>
    </w:p>
    <w:p>
      <w:r>
        <w:t>Dane najemcy lub najemców: ................................................................................</w:t>
      </w:r>
    </w:p>
    <w:p>
      <w:r>
        <w:t>Załączniki (jeżeli dołączane): ................................................................</w:t>
      </w:r>
    </w:p>
    <w:p>
      <w:pPr>
        <w:spacing w:before="240"/>
      </w:pPr>
      <w:r>
        <w:t>................................................................</w:t>
        <w:br/>
        <w:t>Podpis właściciela</w:t>
      </w:r>
    </w:p>
    <w:p>
      <w:pPr>
        <w:spacing w:before="240"/>
      </w:pPr>
      <w:r>
        <w:rPr>
          <w:sz w:val="18"/>
        </w:rPr>
        <w:t>Uzupełnij właściwy urząd według miejsca zamieszkania właściciela. Zgłoszenie należy złożyć w ciągu 14 dni od rozpoczęcia najmu. Zachowaj potwierdzenie. Sprawdź wymagania urzędu dotyczące załączników.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zawarcia umowy najmu okazjonalnego</dc:title>
  <dc:subject/>
  <dc:creator>RentMasters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